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שלום ופתרון מחלוקות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לתרגל את ערך השבוע "שלום ופתרון מחלוקות"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כל השכבות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מקריאים יחד את משפט השבוע ומצביעים על התמונות.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פריט אחד בכל פעם; מותר לענות בעל פה ולמורה לכתוב.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🕊️ שלום ופתרון מחלוקות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זה לא מעשה טוב לערך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וּמַשְׁלִימִים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ציור או משפט קצר שמראה מעשה אחד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🕊️ שלום ופתרון מחלוקות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🕊️ 🤝 💬  משפט השבוע: מְדַבְּרִים, מַקְשִׁיבִים וּמַשְׁלִימִים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וּמַשְׁלִימִים  |  מְחַמֶּמֶת  |  בָּרִיא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על איזה ערך המשפט "מְדַבְּרִים, מַקְשִׁיבִים וּמַשְׁלִימִים"?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🕊️ שלום ופתרון מחלוקות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💬 מילים טובות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מעשה טוב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✔ בעמודה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לפתור ריב במילים ולא בידיים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לקחת בלי לבקש רשות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לעצור ולספור עד חמש כשכועסים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מילה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בחרו מילה מבנק המילים.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מְדַבְּרִים, מַקְשִׁיבִים 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אני והערך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מה אפשר לעשות כשרבים על משחק?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ציור או כתיבה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ציירו או כתבו: מה אני אעשה השבוע?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רעיון: לפתור ריב במילים ולא בידיים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היום למדתי על הערך: 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שלום ופתרון מחלוקות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