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שלום ופתרון מחלוקות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"שלום ופתרון מחלוקות"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סליחה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peace / мир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argument / спор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solution / решение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sorry / извини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שלום ופתרון מחלוקות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כשרבים, מדברים בשקט ומקשיבים. מחפשים פתרון טוב לכולם.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peace · мир · ሰላም · سلام · paix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ויכוח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argument · спор · ክርክር · جدال · dispute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 · решение · መፍትሄ · حل · solution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sorry · извини · ይቅርታ · آسف · pardon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שלום  |  ויכוח  |  פתרון  |  סליחה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sorry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סליחה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ויכוח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solution / решение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ויכוח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argument / спор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peace / мир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sorry / извини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כשרבים, מדברים בשקט ומקשיבים. מחפשים ________ טוב לכולם.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"שלום".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אפשר לעשות כשרבים על משחק?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לפתור ריב במילים ולא בידיים / לעצור ולספור עד חמש כשכועסים)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שלום ופתרון מחלוקות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