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מילים טובות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"מילים טובות"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ותיכון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לבחור במילים שבונות, מעודדות ומחממות את הלב, בדיבור ובכתב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לדאוג לגוף ולנפש: תנועה, שינה, אוכל טוב, מנוחה וזמן לעצמנו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לבחור לאן רוצים להגיע, ולתכנן צעדים קטנים וברורים בדרך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לראות בטעות שיעור ולא כישלון, ולנסות שוב בדרך חדשה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למילים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17 (ט=9, ו=6, ב=2)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💬 מילים טובות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מילים טובות – לבחור במילים שבונות, מעודדות ומחממות את הלב, בדיבור ובכתב.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בקבוצת ההודעות של השכבה מישהו העלה תמונה מצחיקה של תלמידה, וההודעות התחילו לרוץ. ליה כתבה: "בואו נמחק, לא היינו רוצים שיעשו את זה לנו". כמה תלמידים כתבו מיד "צודקת", והתמונה נמחקה. כמה אומץ צריך כדי לכתוב מילה טובה ראשונים?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למה לפעמים קל יותר לכתוב מילה פוגעת מאשר לומר אותה?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מגיבים ברשת בצורה מכבדת?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ההבדל בין מחמאה ריקה למילה טובה אמיתית?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"מילים טובות"?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להתעלם ממי שמבקש עזרה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להגן במילים על מי שנפגע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לעצור הודעה פוגעת לפני שליחה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לצעוק כדי שישמעו רק אותי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לכתוב תגובה מפרגנת אחת ביום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💬 מילים טובות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לבחור לאן רוצים להגיע, ולתכנן צעדים קטנים וברורים בדרך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🌿 בריאות ואיזון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לראות בטעות שיעור ולא כישלון, ולנסות שוב בדרך חדשה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🎯 הצבת מטרות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לבחור במילים שבונות, מעודדות ומחממות את הלב, בדיבור ובכתב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טעויות כהזדמנות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לדאוג לגוף ולנפש: תנועה, שינה, אוכל טוב, מנוחה וזמן לעצמנו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"________ יש כוח: הן יכולות לבנות גשר או חומה"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בגימטריה, א=1, ב=2, ג=3 וכן הלאה עד י=10. מה ערך המילה "טוב"?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לכתוב תגובה מפרגנת אחת ביום · לעצור הודעה פוגעת לפני שליחה · להגן במילים על מי שנפגע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הכוח של המילים?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איזו מילה טובה שמעתם או אמרתם השבוע?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מילים טובות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