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מילים טובות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"מילים טובות"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לבחור במילים שבונות, מעודדות ומחממות את הלב, בדיבור ובכתב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לדאוג לגוף ולנפש: תנועה, שינה, אוכל טוב, מנוחה וזמן לעצמנו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לבחור לאן רוצים להגיע, ולתכנן צעדים קטנים וברורים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לראות בטעות שיעור ולא כישלון, ולנסות שוב בדרך חדשה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טובה (מחמאה)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💬 מילים טובות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מילים טובות – לבחור במילים שבונות, מעודדות ומחממות את הלב, בדיבור ובכתב.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מאיה ציירה ציור והראתה לחברים. מישהו אמר "זה נראה כמו שרבוט", וכולם צחקו. יוסף שתק רגע, ואז אמר: "אני דווקא אוהב את הצבעים שבחרת". למחרת מאיה הביאה ציור חדש. מה מילה אחת יכולה לשנות?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עושים כששומעים מישהו מעליב חבר?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מרגישים כשמישהו מפרגן לנו?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"מילים טובות"?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להשתמש במילים מעליבות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לומר מילה טובה לשלושה חברים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לומר תודה למי שעוזר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 מילים טובות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לבחור לאן רוצים להגיע, ולתכנן צעדים קטנים וברורים בדרך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🌿 בריאות ואיזון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לדאוג לגוף ולנפש: תנועה, שינה, אוכל טוב, מנוחה וזמן לעצמנו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 הצבת מטרות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לבחור במילים שבונות, מעודדות ומחממות את הלב, בדיבור ובכתב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טעויות כהזדמנות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לראות בטעות שיעור ולא כישלון, ולנסות שוב בדרך חדשה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"________ יש כוח: הן יכולות לבנות גשר או חומה"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אותי לא רואים ולא נוגעים בי, אבל כשאומרים אותי לחבר, הלב שלו מתחמם.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לומר מילה טובה לשלושה חברים · לומר תודה למי שעוזר לי · לא להשתמש במילים מעליבות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הכוח של המילים?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מילה טובה שמעתם או אמרתם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מילים טובות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